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19:00-20:00 Lisävihkomaraton 3/5. Tule laulamaan lisävihkon virsiä!</w:t>
      </w:r>
    </w:p>
    <w:p>
      <w:r>
        <w:t>Lauletaan virsikirjan lisävihko läpi kesän aikana Kurikan seurakunnan kirkoissa.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