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Kivitippu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12:00-16:00 Crater Surfers vesi- ja tuuliurheilutapahtuma</w:t>
      </w:r>
    </w:p>
    <w:p>
      <w:r>
        <w:t>Crater Surfers vesi- ja tuuliurheilutapahtuma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