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18:00-19:00 Ilmainen lastenkonsertti Miska Pressan Katti</w:t>
      </w:r>
    </w:p>
    <w:p>
      <w:r>
        <w:t>Lapua Pride lastenpäivän ilmaiskonsertti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