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kirkko</w:t>
      </w:r>
    </w:p>
    <w:p>
      <w:r>
        <w:t>5.8.2026 keskiviikko</w:t>
      </w:r>
    </w:p>
    <w:p>
      <w:pPr>
        <w:pStyle w:val="Heading1"/>
      </w:pPr>
      <w:r>
        <w:t>5.8.2026 keskiviikko</w:t>
      </w:r>
    </w:p>
    <w:p>
      <w:pPr>
        <w:pStyle w:val="Heading2"/>
      </w:pPr>
      <w:r>
        <w:t>18:00-20:00 Kesäillan idylli -konsertti</w:t>
      </w:r>
    </w:p>
    <w:p>
      <w:r>
        <w:t>Karijoen kirkossa esiintymässä sopraano Eilamaria Leskinen sekä Sirkku Ratus, piano ja Helmi Ratus, viulu.</w:t>
      </w:r>
    </w:p>
    <w:p>
      <w:r>
        <w:t>Vapaa pääsy. Käsiohjelma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