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Halkosaaren tanssilava</w:t>
      </w:r>
    </w:p>
    <w:p>
      <w:r>
        <w:t>13.7.2026 maanantai</w:t>
      </w:r>
    </w:p>
    <w:p>
      <w:pPr>
        <w:pStyle w:val="Heading1"/>
      </w:pPr>
      <w:r>
        <w:t>13.7.2026 maanantai</w:t>
      </w:r>
    </w:p>
    <w:p>
      <w:pPr>
        <w:pStyle w:val="Heading2"/>
      </w:pPr>
      <w:r>
        <w:t>17:30-19:00 Pelle ja Pilvi -sirkusesitys Halkosaaressa 13.7.</w:t>
      </w:r>
    </w:p>
    <w:p>
      <w:r>
        <w:t>Pelle ja Pilvi -sirkusesitys Halkosaaressa 13.7.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