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18:00-21:00 Viskiä ja villaa</w:t>
      </w:r>
    </w:p>
    <w:p>
      <w:r>
        <w:t>Kyrö Distillery Company ja Taitokeskus Villavintti järjestävät yhdessä Viskiä ja villaa -tapahtuman to 29.10. klo 18-21 Tislaamolla.</w:t>
      </w:r>
    </w:p>
    <w:p>
      <w:r>
        <w:t>Osallistumismaksu 39 €, sisältää alkumaljan talon tapaan, kevyen iltamenun, ohjelman sekä tekemispaketin.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