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ori Seinäjok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19:30 Harrasteautoja Keskustorilla</w:t>
      </w:r>
    </w:p>
    <w:p>
      <w:r>
        <w:t>Maakunnan komeimmat harrasteautot nähtävissä Ilta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