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Kauhajoen Koulukeskus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>16:00-18:00 Aavan meren tuolla puolen -muistoissa Reijo Taipale</w:t>
      </w:r>
    </w:p>
    <w:p>
      <w:r>
        <w:t>Reijo Taipaleen rakastetuimmat sävelet su 13.9.2026 klo 16.00 Kauhajoen koulukeskuksen liikuntasalissa.</w:t>
      </w:r>
    </w:p>
    <w:p>
      <w:r>
        <w:t>Liput ennakkoon 38,00 € netissä Liveto https://events.liveto.io/events/aavan-meren-tuolla-puolen-muistoissa-reijo-taipale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