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Leirikeskus Majaniemi</w:t>
      </w:r>
    </w:p>
    <w:p>
      <w:r>
        <w:t>21.8.2026 perjantai</w:t>
      </w:r>
    </w:p>
    <w:p>
      <w:pPr>
        <w:pStyle w:val="Heading1"/>
      </w:pPr>
      <w:r>
        <w:t>21.8.2026-23.8.2026</w:t>
      </w:r>
    </w:p>
    <w:p>
      <w:pPr>
        <w:pStyle w:val="Heading2"/>
      </w:pPr>
      <w:r>
        <w:t>16:00-12:00 Olemme toisiamme varten -kirjoitusretriitti</w:t>
      </w:r>
    </w:p>
    <w:p>
      <w:r>
        <w:t>Ohjelmassa on ohjattua kirjoittamista, herkullista ruokaa ja hiljentymistä kirjoittamisesta innostuneessa seurassa.</w:t>
      </w:r>
    </w:p>
    <w:p>
      <w:r>
        <w:t>Viikonlopun hinta on 110 € kauhajokisille ja karijokisille sekä 150 € muualta tuleville. Hintaan sisältyvät kirjoitusretriitin ohjelma, majoitus omassa huoneessa sekä ruokailut.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