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Saarijärvi, Jalasjärvi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10:00-13:00 Koko Perheen laavuretki Saarijärvelle</w:t>
      </w:r>
    </w:p>
    <w:p>
      <w:r>
        <w:t>Tervetuloa tutustumaan matalalla kynnyksellä Kurikan alueen luontopolkuihin ja laavuihin! Heinäkuussa vierailemme Saarijärven laavulla 31.7.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