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Taiteen Päämaja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14:00-14:35 Ninni Kettuli ja Satumetsän Kesätaika</w:t>
      </w:r>
    </w:p>
    <w:p>
      <w:r>
        <w:t>Tule mukaan Satumetsän kesän iloisimpaan seikkailuun! Laulua - Tanssia - Taikapölyä - Koko Perheelle</w:t>
      </w:r>
    </w:p>
    <w:p>
      <w:r>
        <w:t>15 eur/lippu, alle 1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