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Taiteen Päämaja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14:00-14:35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eur/lippu, alle 1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