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Tohnin Touhuteatteri &amp; Vetola</w:t>
      </w:r>
    </w:p>
    <w:p>
      <w:r>
        <w:t>14.7.2026 tiistai</w:t>
      </w:r>
    </w:p>
    <w:p>
      <w:pPr>
        <w:pStyle w:val="Heading1"/>
      </w:pPr>
      <w:r>
        <w:t>14.7.2026 tiistai</w:t>
      </w:r>
    </w:p>
    <w:p>
      <w:pPr>
        <w:pStyle w:val="Heading2"/>
      </w:pPr>
      <w:r>
        <w:t>19:00-21:05 Tohnin Touhuteatteri: Unelmien poikamies</w:t>
      </w:r>
    </w:p>
    <w:p>
      <w:r>
        <w:t>Tässä ei lohdutuspalkintosijoja kannata jäädä odottamaan – kun Osmoa viedään kuin tollon tukkaa niin vähintään kaikki muut ovat voittajia!</w:t>
      </w:r>
    </w:p>
    <w:p>
      <w:r>
        <w:t>17€, alle 18-vuotiaat ilmaiseksi!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