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Siirtolaisuusmuseo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12:00-16:00 Australia-päivä</w:t>
      </w:r>
    </w:p>
    <w:p>
      <w:r>
        <w:t>Siirtolaisuusmuseon Australia-päivä 25.7. klo 12 museoalueella</w:t>
      </w:r>
    </w:p>
    <w:p>
      <w:r>
        <w:t>Tapahtuma on ilmainen. Normaalisti sisäänpääsymaksu (sis. opastuksen): tavallinen lippu 9 €, eläkeläiset/opiskelijat 6 €, alle 18-v.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