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Orismalan jalkapallokenttä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11:00-15:00 Match show Orismala 1.8.2026</w:t>
      </w:r>
    </w:p>
    <w:p>
      <w:r>
        <w:t>Leikkimielinen koiranäyttely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