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Orismalan jalkapallokenttä</w:t>
      </w:r>
    </w:p>
    <w:p>
      <w:r>
        <w:t>1.8.2026 lauantai</w:t>
      </w:r>
    </w:p>
    <w:p>
      <w:pPr>
        <w:pStyle w:val="Heading1"/>
      </w:pPr>
      <w:r>
        <w:t>1.8.2026 lauantai</w:t>
      </w:r>
    </w:p>
    <w:p>
      <w:pPr>
        <w:pStyle w:val="Heading2"/>
      </w:pPr>
      <w:r>
        <w:t>10:30-15:00 Peräkonttikirppis Orismalassa La 1.8.2026</w:t>
      </w:r>
    </w:p>
    <w:p>
      <w:r>
        <w:t>Peräkonttikirppis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