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Evijärven kunnankirjasto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10:30-11:30 Kirjailija Sari Koivukangas kertoo kirjastaan "Malaki pelkää sota"</w:t>
      </w:r>
    </w:p>
    <w:p>
      <w:r>
        <w:t xml:space="preserve">Luvassa on kirjan esittely ja ääneenlukua, keskustelua ja yhteinen toimintahetki. Tapahtuma sopii koko perheelle.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