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IKH Areena</w:t>
      </w:r>
    </w:p>
    <w:p>
      <w:r>
        <w:t>19.7.2026 sunnuntai</w:t>
      </w:r>
    </w:p>
    <w:p>
      <w:pPr>
        <w:pStyle w:val="Heading1"/>
      </w:pPr>
      <w:r>
        <w:t>19.7.2026 sunnuntai</w:t>
      </w:r>
    </w:p>
    <w:p>
      <w:pPr>
        <w:pStyle w:val="Heading2"/>
      </w:pPr>
      <w:r>
        <w:t>10:00-16:00 Kehrääjä-kirja Kauhajoen erämessuilla</w:t>
      </w:r>
    </w:p>
    <w:p>
      <w:r>
        <w:t>Jukka Liljan Kehrääjä-kirja saatavilla Kauhajoen erämessuilta</w:t>
      </w:r>
    </w:p>
    <w:p>
      <w:r>
        <w:t>Lippujen hinnat: Kauhajoen erämessujen kotisivu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