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19:00-20:30 Ilta -Ystävä kiertue</w:t>
      </w:r>
    </w:p>
    <w:p>
      <w:r>
        <w:t>Iltan konserttisalikiertue saapuu Seinäjoelle Seinäjoki-saliin</w:t>
      </w:r>
    </w:p>
    <w:p>
      <w:r>
        <w:t>37,50€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