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8-pall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8:00 Perälän Mopomiitti 2026</w:t>
      </w:r>
    </w:p>
    <w:p>
      <w:r>
        <w:t>Nuorten mopoilua koko perheen tapahtu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