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8-pallo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4:00-18:00 Perälän Mopomiitti 2026</w:t>
      </w:r>
    </w:p>
    <w:p>
      <w:r>
        <w:t>Nuorten mopoilua koko perheen tapahtum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