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kenttä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17:00-19:00 Sirkus Finlandia</w:t>
      </w:r>
    </w:p>
    <w:p>
      <w:r>
        <w:t xml:space="preserve">Sirkus Finlandian juhlavuoden kiertue on käynnissä ja lippujen ennakkomyynti on alkanut! </w:t>
      </w:r>
    </w:p>
    <w:p>
      <w:r>
        <w:t>alkaen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