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Kurikan kaupunginkirjasto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 xml:space="preserve">14:00-16:00 Kansansairautemme diabetes - maksuton etäluento Kurikan pääkirjastossa </w:t>
      </w:r>
    </w:p>
    <w:p>
      <w:r>
        <w:t>Kansansairautemme diabetes ja sen nopeasti kehittyvä hoito – maksuton etäluento Kurikan pääkirjastossa ke 11.11.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