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14:00-16:00 Näkökulmia musiikin ja muiden taiteiden vaikutuksista hyvinvointiin</w:t>
      </w:r>
    </w:p>
    <w:p>
      <w:r>
        <w:t>Näkökulmia musiikin ja muiden taiteiden vaikutuksista hyvinvointiin – maksuton etäluento Kurikan pääkirjastossa ke 9.12.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