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Kauhajoen Yhteiskoulu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17:00-18:30 IRINA - Akustinen ilta</w:t>
      </w:r>
    </w:p>
    <w:p>
      <w:r>
        <w:t>Irinan rakastetuimmat hitit akustisina</w:t>
      </w:r>
    </w:p>
    <w:p>
      <w:r>
        <w:t>35€ (Käteinen)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