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17:30-18:30 Kirjailijavieraana Henrika de Kermadec</w:t>
      </w:r>
    </w:p>
    <w:p>
      <w:r>
        <w:t>Alavutelaislähtöinen kirjailija Henrika de Kermadec vierailee Alavuden pääkirjastolla 26.8. klo 17.30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