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Lentohotelli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17:00-19:00 Suviseurojen palautetilaisuus</w:t>
      </w:r>
    </w:p>
    <w:p>
      <w:r>
        <w:t>Palautetilaisuus kauhavalaisille, alueen yrittäjille ja viranomaisille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