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Kyröön Tupa, Yhdistysten talo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10:00-11:30 Aivotreenit(muistikahvila)/Isokyrö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