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14:00-20:00 Kurikka open 9-pallo ja Texas Pelikeitaalla</w:t>
      </w:r>
    </w:p>
    <w:p>
      <w:r>
        <w:t>pelataan 9-palloa ja texasia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