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17:30-18:30 Tietovisa Peräseinäjoen kirjastolla</w:t>
      </w:r>
    </w:p>
    <w:p>
      <w:r>
        <w:t>Tietovisa Peräseinäjoen kirjastolla ti 15.9. ja 10.11.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