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Orismalan Kylätupa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13:00-14:30 Muistikahvila/Isokyrö Orismala</w:t>
      </w:r>
    </w:p>
    <w:p>
      <w:r>
        <w:t xml:space="preserve">Mukavaa yhdessäoloa, kaffitellaan, jutellaan ja tehdään aivoterveellisiä tehtäviä.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