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13:00-14:29 Muistikahvila/Isokyrö Orismala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