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Kuntokeskus Maxium</w:t>
      </w:r>
    </w:p>
    <w:p>
      <w:r>
        <w:t>19.1.2027 tiistai</w:t>
      </w:r>
    </w:p>
    <w:p>
      <w:pPr>
        <w:pStyle w:val="Heading1"/>
      </w:pPr>
      <w:r>
        <w:t>19.1.2027 tiistai</w:t>
      </w:r>
    </w:p>
    <w:p>
      <w:pPr>
        <w:pStyle w:val="Heading2"/>
      </w:pPr>
      <w:r>
        <w:t>16:00-19:00 InBody-kehonkoostumusmittauspäivä</w:t>
      </w:r>
    </w:p>
    <w:p>
      <w:r>
        <w:t>Mitä kehosi kertoo hyvinvoinnistasi? Tule mittaukseen ilman ajanvarausta ja saat tulokset sekä niiden analysoinnin samalla.</w:t>
      </w:r>
    </w:p>
    <w:p>
      <w:r>
        <w:t>25 €/mittaus (sisältää tulosten analysoinnin)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