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Liikuntastudio Mayhemstyle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12:00-15:00 InBody-kehonkoostumusmittauspäivä</w:t>
      </w:r>
    </w:p>
    <w:p>
      <w:r>
        <w:t>Mitä kehosi kertoo hyvinvoinnistasi? Tule mittaukseen ilman ajanvarausta ja saat tulokset sekä niiden analysoinnin samalla.</w:t>
      </w:r>
    </w:p>
    <w:p>
      <w:r>
        <w:t>25 €/mittaus (sisältää tulosten analysoinnin)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