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Keskustori Seinäjoki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17:00-21:00 Livemusaa Keskustorilla</w:t>
      </w:r>
    </w:p>
    <w:p>
      <w:r>
        <w:t>Minerva &amp; Mikrokosmos Iltatorilla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