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Tarvolan Rantatupa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18:00-10:00 Nuku yö ulkona</w:t>
      </w:r>
    </w:p>
    <w:p>
      <w:r>
        <w:t>Nukutaan teltassa tai taivasalla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