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 xml:space="preserve">12:00-16:00  SYYSKIRPPIS &amp; ROMPETORI – ALAJÄRVEN NUORISOSEURALLA! </w:t>
      </w:r>
    </w:p>
    <w:p>
      <w:r>
        <w:t>Sunnuntaina 13.9.2026 klo 12–16 Alajärven Nuorisoseuralla tehdään löytöjä!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