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18:00-20:00 Alajärven Nuorisoseura Aalto B-I-N-G-O!</w:t>
      </w:r>
    </w:p>
    <w:p>
      <w:r>
        <w:t>Torstaina 27.8.2026 klo 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