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Areena, Seinäjoen pesäpallokenttä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17:00-19:30 1.PUOLIVÄLIERÄ- Jussittaret - Kirittäret</w:t>
      </w:r>
    </w:p>
    <w:p>
      <w:r>
        <w:t>Naisten Superpesiksen pudotuspelit ovat vihdoin täälä</w:t>
      </w:r>
    </w:p>
    <w:p>
      <w:r>
        <w:t xml:space="preserve">Pääsylipun hinta alkaen 10€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