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Ilkka-Pohjalainen Mediakulma, Koulukatu 10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13:00-15:00 Digikerho ikääntyneille</w:t>
      </w:r>
    </w:p>
    <w:p>
      <w:r>
        <w:t>Digikerho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