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Kasino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18:00-21:00 Tangokuningatar Raija Mäntyniemen juhlatanssit 2.9.2026</w:t>
      </w:r>
    </w:p>
    <w:p>
      <w:r>
        <w:t>Kauhajoen kaupunki kutsuu kaikki mukaan juhlistamaan tuoretta tangokuningatar Raija Mäntyniemeä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