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17:00-19:00 Kauhajoen Harrastussäpinät 9.9.2026</w:t>
      </w:r>
    </w:p>
    <w:p>
      <w:r>
        <w:t>Kauhajoen kaupunki järjestää kaikille avoimen ja maksuttoman Harrastussäpinät -tapahtuman, jossa on mahdollisuus tutustua eri harrastuksiin!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