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19:00-21:30 Kuin silloin ennen -musiikkinäytelmä</w:t>
      </w:r>
    </w:p>
    <w:p>
      <w:r>
        <w:t>Kuin silloin ennen -musiikkinäytelmän rooleissa nähdään Ilkka Koivula, Johanna Rantsi, Pasi Kivimäki, Eikka Eronen. Liput: Lippu.fi</w:t>
      </w:r>
    </w:p>
    <w:p>
      <w:r>
        <w:t xml:space="preserve">Liput 38,50 €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