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20:00-23:30 Costi World Cup Tour + support uu$er @ Rytmikorjaamo</w:t>
      </w:r>
    </w:p>
    <w:p>
      <w:r>
        <w:t>Costi World Cup Tour + support uu$er 6.11.2026 @ Rytmikorjaamo</w:t>
      </w:r>
    </w:p>
    <w:p>
      <w:r>
        <w:t>Hanki liput ennakkoon 28 €, Selmun jäsenet 26 € ja ovelta 31 €, mikäli jäljellä. Lippujen hinta sisältää eteispalvelumaksun 2 €. Liput tulevat myyntiin Tiketissä osoitteessa https://www.tiketti.fi/tapahtuma/120097 torstaina 20.8.2026 klo 10:00 Ikärajaton / Rajattu anniskelu K18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