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17:00-21:00 Evijärven Nuorisoseuran sunnuntaitanssit su 20.9. Sinitaivas</w:t>
      </w:r>
    </w:p>
    <w:p>
      <w:r>
        <w:t xml:space="preserve">Evijärven Nuorisoseura tanssittaa syksyllä ja keväällä. Syksyn avajaiset tanssitaan Sinitaivas-orkesterin tahdeissa. </w:t>
      </w:r>
    </w:p>
    <w:p>
      <w:r>
        <w:t xml:space="preserve">20 €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