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Nuorisoseura</w:t>
      </w:r>
    </w:p>
    <w:p>
      <w:r>
        <w:t>4.10.2026 sunnuntai</w:t>
      </w:r>
    </w:p>
    <w:p>
      <w:pPr>
        <w:pStyle w:val="Heading1"/>
      </w:pPr>
      <w:r>
        <w:t>4.10.2026 sunnuntai</w:t>
      </w:r>
    </w:p>
    <w:p>
      <w:pPr>
        <w:pStyle w:val="Heading2"/>
      </w:pPr>
      <w:r>
        <w:t>17:00-21:00 Evijärven Nuorisoseuran sunnuntaitanssit su 4.10. Kari Hirvonen &amp; Onnentähti</w:t>
      </w:r>
    </w:p>
    <w:p>
      <w:r>
        <w:t>Evijärven Nuorisoseuralla tanssitaan su 4.10. Kari Hirvosen &amp; Onnentähden tahdeissa.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