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17:00-21:00 Evijärven Nuorisoseuran sunnuntaitanssit 1.11.2026 Henri Jokinen &amp; Desirée</w:t>
      </w:r>
    </w:p>
    <w:p>
      <w:r>
        <w:t>Evijärven Nuorisoseuralla tanssitaan seuraavaksi 1.11. Henri Jokisen &amp; Desiréen tahdeissa.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