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17:00-21:00 Evijärven Nuorisoseuran sunnuntaitanssit 18.10. Sami Rosholm &amp; Sävel</w:t>
      </w:r>
    </w:p>
    <w:p>
      <w:r>
        <w:t>Evijärven NS tanssittaa seuraavaksi Sami Rosholm &amp; Sävelen tahdeissa.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