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17:00-21:00 Evijärven Nuorisoseuran sunnuntaitanssit 29.11. Antti Ahopelto &amp; Etiketti</w:t>
      </w:r>
    </w:p>
    <w:p>
      <w:r>
        <w:t>Evijärven Nuorisoseuralla tanssitaan seuraavaksi 29.11. Antti Ahopellon &amp; Etiketin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