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17:00-21:00 Kauhavan NS tanssit su 27.9. Antti Ahopelto &amp; Etiketti</w:t>
      </w:r>
    </w:p>
    <w:p>
      <w:r>
        <w:t>Kauhavan NS tanssit avaa sunnuntaina 27.9. Antti Ahopelto &amp; Etiketti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