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17:00-21:00 Kauhavan NS tanssit su 8.11. Arto Nuotio, Jussi Lammela &amp; Hariolax</w:t>
      </w:r>
    </w:p>
    <w:p>
      <w:r>
        <w:t>Kauhavan NS tanssittaa 8.11. Arto Nuotion, Jussi Lammelan &amp;Hariolaxin tahdein.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